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🧑‍🏫 מהדורה למורה – השיטה: חמשת השלבים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2"/>
          <w:rtl w:val="1"/>
          <w:szCs w:val="22"/>
        </w:rPr>
        <w:t>דף תרגול לעמוד ״השיטה״: סדר השלבים, השלמת שמות השלבים, התאמת מילות שאלה, מיון לפי ממד ופירוק שאלות. מסלול עולים – עברית פשוטה.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9"/>
          <w:rtl w:val="1"/>
          <w:szCs w:val="19"/>
        </w:rPr>
        <w:t>⏱️ כ־30 דקות. אפשר לתרגל לפני העבודה על טקסט, או כחזרה.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🔑 מפתח תשובות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א׳ 1 · </w:t>
      </w:r>
      <w:r>
        <w:rPr>
          <w:rFonts w:ascii="Arial" w:hAnsi="Arial" w:cs="Arial"/>
          <w:b w:val="0"/>
          <w:sz w:val="17"/>
          <w:rtl w:val="1"/>
          <w:szCs w:val="17"/>
        </w:rPr>
        <w:t>מה עליי לעשות כדי לענות? = 4 · מסמנים את מילות השאלה = 3 · מבצעים את המשימה = 5 · איזה מידע אפשר להפיק מהשאלה? = 2 · קוראים את השאלה = 1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א׳ 2 · </w:t>
      </w:r>
      <w:r>
        <w:rPr>
          <w:rFonts w:ascii="Arial" w:hAnsi="Arial" w:cs="Arial"/>
          <w:b w:val="0"/>
          <w:sz w:val="17"/>
          <w:rtl w:val="1"/>
          <w:szCs w:val="17"/>
        </w:rPr>
        <w:t>1 – השאלה · 2 – מידע · 3 – מילות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ב׳ 1 · </w:t>
      </w:r>
      <w:r>
        <w:rPr>
          <w:rFonts w:ascii="Arial" w:hAnsi="Arial" w:cs="Arial"/>
          <w:b w:val="0"/>
          <w:sz w:val="17"/>
          <w:rtl w:val="1"/>
          <w:szCs w:val="17"/>
        </w:rPr>
        <w:t>1–ד · 2–ג · 3–ב · 4–א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ב׳ 2 · </w:t>
      </w:r>
      <w:r>
        <w:rPr>
          <w:rFonts w:ascii="Arial" w:hAnsi="Arial" w:cs="Arial"/>
          <w:b w:val="0"/>
          <w:sz w:val="17"/>
          <w:rtl w:val="1"/>
          <w:szCs w:val="17"/>
        </w:rPr>
        <w:t>1 – הערכה וביקורת · 2 – איתור מידע · 3 – פרשנות והיסק · 4 – איתור מידע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ג׳ 1 · </w:t>
      </w:r>
      <w:r>
        <w:rPr>
          <w:rFonts w:ascii="Arial" w:hAnsi="Arial" w:cs="Arial"/>
          <w:b w:val="0"/>
          <w:sz w:val="17"/>
          <w:rtl w:val="1"/>
          <w:szCs w:val="17"/>
        </w:rPr>
        <w:t>מסמנים: ״מתי״ · ״איפה״ · ״ציינו״ · ״יום, שעות ומקום״ | ממד: איתור מידע | מה עליי לעשות: לחפש בשורה שמתחת לכותרת את היום, השעות והמקום ולהעתיק אותם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ג׳ 2 · </w:t>
      </w:r>
      <w:r>
        <w:rPr>
          <w:rFonts w:ascii="Arial" w:hAnsi="Arial" w:cs="Arial"/>
          <w:b w:val="0"/>
          <w:sz w:val="17"/>
          <w:rtl w:val="1"/>
          <w:szCs w:val="17"/>
        </w:rPr>
        <w:t>מסמנים: ״מה ניתן להסיק״ · ״יונתן״ · ״בפסקה 3״ · ״התמודדו״ · ״הסבירו״ | ממד: פרשנות והיסק | מה עליי לעשות: לקרוא שוב את דברי יונתן, לזהות מה השתנה אצל התלמידים ולכתוב מסקנה עם הסבר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✏️ דף התלמיד/ה – השיטה: חמשת השלבים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8"/>
          <w:rtl w:val="1"/>
          <w:szCs w:val="18"/>
        </w:rPr>
        <w:t>קוראים את השאלה כטקסט · מסלול עולים – עברית פשוטה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0"/>
                <w:rtl w:val="1"/>
                <w:szCs w:val="20"/>
                <w:bCs/>
              </w:rPr>
              <w:t xml:space="preserve">📖 מילון קצר: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שלב – חלק בדרך, צעד · לסמן – לצבוע או להקיף מילה · ממד – סוג של שאלה · משימה – מה צריך לעשות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עברית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English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Русский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العربية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አማርኛ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שאלה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question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вопрос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سؤال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ጥያቄ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❓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הוראה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instruction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инструкция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تعليمات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መመሪያ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📌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מילת שאלה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question word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вопросительное слово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أداة استفهام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የጥያቄ ቃል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🔤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לסמן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to mark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отметить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يُعلِّم / يضع علامة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ምልክት ማድረግ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🖍️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ציינו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state / list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укажите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اذكروا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ጥቀሱ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📝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נמקו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give reasons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обоснуйте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عَلِّلوا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ምክንያት ስጡ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🔗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א׳ – חמשת השלבים</w:t>
      </w: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1. סדרו את השלבים: כתבו מספר 1–5 בריבוע.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134"/>
        <w:gridCol w:w="8504"/>
      </w:tblGrid>
      <w:tr>
        <w:tc>
          <w:tcPr>
            <w:tcW w:type="dxa" w:w="113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מספר</w:t>
            </w:r>
          </w:p>
        </w:tc>
        <w:tc>
          <w:tcPr>
            <w:tcW w:type="dxa" w:w="85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השלב</w:t>
            </w:r>
          </w:p>
        </w:tc>
      </w:tr>
      <w:tr>
        <w:tc>
          <w:tcPr>
            <w:tcW w:type="dxa" w:w="113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☐</w:t>
            </w:r>
          </w:p>
        </w:tc>
        <w:tc>
          <w:tcPr>
            <w:tcW w:type="dxa" w:w="8504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🧭 מה עליי לעשות כדי לענות?</w:t>
            </w:r>
          </w:p>
        </w:tc>
      </w:tr>
      <w:tr>
        <w:tc>
          <w:tcPr>
            <w:tcW w:type="dxa" w:w="113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☐</w:t>
            </w:r>
          </w:p>
        </w:tc>
        <w:tc>
          <w:tcPr>
            <w:tcW w:type="dxa" w:w="8504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🖍️ מסמנים את מילות השאלה</w:t>
            </w:r>
          </w:p>
        </w:tc>
      </w:tr>
      <w:tr>
        <w:tc>
          <w:tcPr>
            <w:tcW w:type="dxa" w:w="113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☐</w:t>
            </w:r>
          </w:p>
        </w:tc>
        <w:tc>
          <w:tcPr>
            <w:tcW w:type="dxa" w:w="8504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✍️ מבצעים את המשימה</w:t>
            </w:r>
          </w:p>
        </w:tc>
      </w:tr>
      <w:tr>
        <w:tc>
          <w:tcPr>
            <w:tcW w:type="dxa" w:w="113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☐</w:t>
            </w:r>
          </w:p>
        </w:tc>
        <w:tc>
          <w:tcPr>
            <w:tcW w:type="dxa" w:w="8504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💡 איזה מידע אפשר להפיק מהשאלה?</w:t>
            </w:r>
          </w:p>
        </w:tc>
      </w:tr>
      <w:tr>
        <w:tc>
          <w:tcPr>
            <w:tcW w:type="dxa" w:w="113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☐</w:t>
            </w:r>
          </w:p>
        </w:tc>
        <w:tc>
          <w:tcPr>
            <w:tcW w:type="dxa" w:w="8504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👀 קוראים את השאלה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2. השלימו את המילה החסרה בכל שלב. היעזרו במחסן המילים.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2"/>
                <w:rtl w:val="1"/>
                <w:szCs w:val="22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מידע     מילות     השאלה</w:t>
            </w:r>
          </w:p>
        </w:tc>
      </w:tr>
    </w:tbl>
    <w:p>
      <w:pPr>
        <w:bidi w:val="1"/>
        <w:spacing w:after="40" w:before="0"/>
      </w:pP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שלב 1: קוראים את 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</w:t>
      </w:r>
      <w:r>
        <w:rPr>
          <w:rFonts w:ascii="Arial" w:hAnsi="Arial" w:cs="Arial"/>
          <w:b/>
          <w:sz w:val="22"/>
          <w:rtl w:val="1"/>
          <w:szCs w:val="22"/>
          <w:bCs/>
        </w:rPr>
        <w:t>שלב 2: איזה ____ אפשר להפיק מהשאלה?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</w:t>
      </w:r>
      <w:r>
        <w:rPr>
          <w:rFonts w:ascii="Arial" w:hAnsi="Arial" w:cs="Arial"/>
          <w:b/>
          <w:sz w:val="22"/>
          <w:rtl w:val="1"/>
          <w:szCs w:val="22"/>
          <w:bCs/>
        </w:rPr>
        <w:t>שלב 3: מסמנים את ____ השאלה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ב׳ – מילות שאלה וממדים</w:t>
      </w: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1. התאימו כל מילת שאלה למה שהיא מבקשת. כתבו את האות.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67"/>
        <w:gridCol w:w="3118"/>
        <w:gridCol w:w="907"/>
        <w:gridCol w:w="510"/>
        <w:gridCol w:w="4535"/>
      </w:tblGrid>
      <w:tr>
        <w:tc>
          <w:tcPr>
            <w:tcW w:type="dxa" w:w="56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#</w:t>
            </w:r>
          </w:p>
        </w:tc>
        <w:tc>
          <w:tcPr>
            <w:tcW w:type="dxa" w:w="3118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מילת השאלה</w:t>
            </w:r>
          </w:p>
        </w:tc>
        <w:tc>
          <w:tcPr>
            <w:tcW w:type="dxa" w:w="90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האות</w:t>
            </w:r>
          </w:p>
        </w:tc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4535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מה עליי לעשות?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על פי / לפי הטקסט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א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למצוא סיבה – כתובה או מוסתרת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שכנעו / כתבו מכתב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ב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לאתר מספר או כמות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3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כמה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ג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לכתוב טקסט קצר משלכם לפי סוגה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4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מדוע / למה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ד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לענות רק ממה שכתוב, לא מהידע שלי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2. מיינו את מילות השאלה לפי ממד: סמנו ✔.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10"/>
        <w:gridCol w:w="5386"/>
        <w:gridCol w:w="1304"/>
        <w:gridCol w:w="1304"/>
        <w:gridCol w:w="1304"/>
      </w:tblGrid>
      <w:tr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#</w:t>
            </w:r>
          </w:p>
        </w:tc>
        <w:tc>
          <w:tcPr>
            <w:tcW w:type="dxa" w:w="5386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מילת השאלה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🔍 איתור מידע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🧩 פרשנות והיסק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⚖️ הערכה וביקורת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עד כמה משכנע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העתיקו / מצאו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3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מה ניתן להסיק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4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ציינו / מנו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ג׳ – מפרקים שאלה (בלי לענות)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💡 קראו כל שאלה. סמנו את מילת השאלה ואת מילות המשימה, בחרו ממד וכתבו משפט אחד: ״מה עליי לעשות?״</w:t>
            </w:r>
          </w:p>
        </w:tc>
      </w:tr>
    </w:tbl>
    <w:p>
      <w:pPr>
        <w:bidi w:val="1"/>
        <w:spacing w:after="40" w:before="0"/>
      </w:pP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מתי ואיפה יתקיים יום הספורט והנתינה? ציינו יום, שעות ומקום.</w:t>
      </w:r>
      <w:r>
        <w:rPr>
          <w:rFonts w:ascii="Arial" w:hAnsi="Arial" w:cs="Arial"/>
          <w:b w:val="0"/>
          <w:color w:val="7A7392"/>
          <w:sz w:val="17"/>
          <w:rtl w:val="1"/>
          <w:szCs w:val="17"/>
        </w:rPr>
        <w:t xml:space="preserve">  (מתוך ״בואו בכל המשפחה: יום ספורט ונתינה!״)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☐ ③ סימנתי את מילת השאלה ואת מילות המשימה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 xml:space="preserve">ממד:  </w:t>
      </w:r>
      <w:r>
        <w:rPr>
          <w:rFonts w:ascii="Arial" w:hAnsi="Arial" w:cs="Arial"/>
          <w:b/>
          <w:color w:val="1F7A72"/>
          <w:sz w:val="20"/>
          <w:rtl w:val="1"/>
          <w:szCs w:val="20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0"/>
          <w:rtl w:val="1"/>
          <w:szCs w:val="20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0"/>
          <w:rtl w:val="1"/>
          <w:szCs w:val="20"/>
          <w:bCs/>
        </w:rPr>
        <w:t xml:space="preserve">◯ ⚖️ הערכה וביקורת     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④ מה עליי לעשות? 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</w:t>
      </w:r>
      <w:r>
        <w:rPr>
          <w:rFonts w:ascii="Arial" w:hAnsi="Arial" w:cs="Arial"/>
          <w:b/>
          <w:sz w:val="22"/>
          <w:rtl w:val="1"/>
          <w:szCs w:val="22"/>
          <w:bCs/>
        </w:rPr>
        <w:t>מה ניתן להסיק מדברי יונתן בפסקה 3 על הדרך שבה התמודדו התלמידים עם הקושי? הסבירו.</w:t>
      </w:r>
      <w:r>
        <w:rPr>
          <w:rFonts w:ascii="Arial" w:hAnsi="Arial" w:cs="Arial"/>
          <w:b w:val="0"/>
          <w:color w:val="7A7392"/>
          <w:sz w:val="17"/>
          <w:rtl w:val="1"/>
          <w:szCs w:val="17"/>
        </w:rPr>
        <w:t xml:space="preserve">  (מתוך ״מגרש חול שהפך לגינה ירוקה״)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☐ ③ סימנתי את מילת השאלה ואת מילות המשימה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 xml:space="preserve">ממד:  </w:t>
      </w:r>
      <w:r>
        <w:rPr>
          <w:rFonts w:ascii="Arial" w:hAnsi="Arial" w:cs="Arial"/>
          <w:b/>
          <w:color w:val="1F7A72"/>
          <w:sz w:val="20"/>
          <w:rtl w:val="1"/>
          <w:szCs w:val="20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0"/>
          <w:rtl w:val="1"/>
          <w:szCs w:val="20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0"/>
          <w:rtl w:val="1"/>
          <w:szCs w:val="20"/>
          <w:bCs/>
        </w:rPr>
        <w:t xml:space="preserve">◯ ⚖️ הערכה וביקורת     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④ מה עליי לעשות? 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1. מילת שאלה חדשה שלמדתי היום: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2. משפט אחד: מה עושים לפני שעונים?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דף תרגול · השיטה · עולים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השיטה · עולים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