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השיטה: חמשת השלבים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לעמוד ״השיטה״: סדר השלבים, השלמת שמות השלבים, התאמת מילות שאלה, מיון לפי ממד ופירוק שאלות.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כ־30 דקות. אפשר לתרגל לפני העבודה על טקסט, או כחזרה.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מבצעים את המשימה = 5 · מסמנים את מילות השאלה = 3 · איזה מידע אפשר להפיק מהשאלה? = 2 · קוראים את השאלה = 1 · מה עליי לעשות כדי לענות? = 4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1 – השאלה · 2 – מידע · 3 – מילות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2–א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הערכה וביקורת · 3 – פרשנות והיסק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מסמנים: ״מתי״ · ״איפה״ · ״ציינו״ · ״יום, שעות ומקום״ | ממד: איתור מידע | מה עליי לעשות: לחפש בשורה שמתחת לכותרת את היום, השעות והמקום ולהעתיק אותם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2 · </w:t>
      </w:r>
      <w:r>
        <w:rPr>
          <w:rFonts w:ascii="Arial" w:hAnsi="Arial" w:cs="Arial"/>
          <w:b w:val="0"/>
          <w:sz w:val="22"/>
          <w:rtl w:val="1"/>
          <w:szCs w:val="22"/>
        </w:rPr>
        <w:t>מסמנים: ״מה ניתן להסיק״ · ״יונתן״ · ״בפסקה 3״ · ״התמודדו״ · ״הסבירו״ | ממד: פרשנות והיסק | מה עליי לעשות: לקרוא שוב את דברי יונתן, לזהות מה השתנה אצל התלמידים ולכתוב מסקנה עם הסבר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השיטה: חמשת השלבים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קוראים את השאלה כטקסט · מסלול חנ״מ – מותאם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חמשת השלבים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סדרו את השלבים: כתבו מספר 1–5 בריבוע.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134"/>
        <w:gridCol w:w="8504"/>
      </w:tblGrid>
      <w:tr>
        <w:tc>
          <w:tcPr>
            <w:tcW w:type="dxa" w:w="113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מספר</w:t>
            </w:r>
          </w:p>
        </w:tc>
        <w:tc>
          <w:tcPr>
            <w:tcW w:type="dxa" w:w="85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השלב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✍️ מבצעים את המשימה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🖍️ מסמנים את מילות השאלה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איזה מידע אפשר להפיק מהשאלה?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👀 קוראים את השאלה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🧭 מה עליי לעשות כדי לענות?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השלימו את המילה החסרה בכל שלב. היעזרו במחסן המילים.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השאלה     מילות     מידע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שלב 1: קוראים את 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שלב 2: איזה ____ אפשר להפיק מהשאלה?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שלב 3: מסמנים את ____ השאלה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 וממדים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 כל מילת שאלה למה שהיא מבקשת.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לבקר את הטיעון: נימוקים, דוגמאות, טיעון נגד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עד כמה משכנע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למצוא סיבה – כתובה או מוסתרת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מדוע / למה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להעתיק מילים מדויקות מהטקסט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 את מילות השאלה לפי ממד: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/ מי / מתי / היכן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שכנעו / כתבו מכתב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איזו כותרת מתאימה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מפרקים שאלה (בלי לענות)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כל שאלה. סמנו את מילת השאלה ואת מילות המשימה, בחרו ממד וכתבו משפט אחד: ״מה עליי לעשות?״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ואיפה יתקיים יום הספורט והנתינה? ציינו יום, שעות ומקום.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(מתוך ״בואו בכל המשפחה: יום ספורט ונתינה!״)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③ סימנתי את מילת השאלה ואת מילות המשימה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④ מה עליי לעשות? 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ניתן להסיק מדברי יונתן בפסקה 3 על הדרך שבה התמודדו התלמידים עם הקושי? הסבירו.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(מתוך ״מגרש חול שהפך לגינה ירוקה״)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③ סימנתי את מילת השאלה ואת מילות המשימה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④ מה עליי לעשות? 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השיטה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השיטה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